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PSM01A</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PSM01A</w:t>
            </w:r>
          </w:p>
        </w:tc>
      </w:tr>
      <w:tr>
        <w:tc>
          <w:tcPr>
            <w:tcW w:type="dxa" w:w="5100"/>
          </w:tcPr>
          <w:p>
            <w:r>
              <w:rPr>
                <w:rFonts w:ascii="Segoe UI" w:hAnsi="Segoe UI"/>
                <w:b/>
                <w:sz w:val="19"/>
              </w:rPr>
              <w:t>Suprafață recomandată</w:t>
            </w:r>
          </w:p>
        </w:tc>
        <w:tc>
          <w:tcPr>
            <w:tcW w:type="dxa" w:w="5100"/>
          </w:tcPr>
          <w:p>
            <w:r>
              <w:rPr>
                <w:rFonts w:ascii="Segoe UI" w:hAnsi="Segoe UI"/>
                <w:sz w:val="19"/>
              </w:rPr>
              <w:t>23,6 × 10,5 m</w:t>
            </w:r>
          </w:p>
        </w:tc>
      </w:tr>
      <w:tr>
        <w:tc>
          <w:tcPr>
            <w:tcW w:type="dxa" w:w="5100"/>
          </w:tcPr>
          <w:p>
            <w:r>
              <w:rPr>
                <w:rFonts w:ascii="Segoe UI" w:hAnsi="Segoe UI"/>
                <w:b/>
                <w:sz w:val="19"/>
              </w:rPr>
              <w:t>Echipamente</w:t>
            </w:r>
          </w:p>
        </w:tc>
        <w:tc>
          <w:tcPr>
            <w:tcW w:type="dxa" w:w="5100"/>
          </w:tcPr>
          <w:p>
            <w:r>
              <w:rPr>
                <w:rFonts w:ascii="Segoe UI" w:hAnsi="Segoe UI"/>
                <w:sz w:val="19"/>
              </w:rPr>
              <w:t>2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Grindbox 10 + Grindbox 2</w:t>
      </w:r>
    </w:p>
    <w:p>
      <w:pPr>
        <w:jc w:val="center"/>
      </w:pPr>
      <w:r>
        <w:drawing>
          <wp:inline xmlns:a="http://schemas.openxmlformats.org/drawingml/2006/main" xmlns:pic="http://schemas.openxmlformats.org/drawingml/2006/picture">
            <wp:extent cx="4206240" cy="1971409"/>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197140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1062x350x21/50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Grindbox – element folosit pentru distracție și pentru învățarea de figuri noi. Un grindbox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Rail drept</w:t>
      </w:r>
    </w:p>
    <w:p>
      <w:pPr>
        <w:jc w:val="center"/>
      </w:pPr>
      <w:r>
        <w:drawing>
          <wp:inline xmlns:a="http://schemas.openxmlformats.org/drawingml/2006/main" xmlns:pic="http://schemas.openxmlformats.org/drawingml/2006/picture">
            <wp:extent cx="4206240" cy="2091420"/>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09142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400x5x40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7" name="Picture 7"/>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9" name="Picture 9"/>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0" name="Picture 10"/>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1" name="Picture 11"/>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4" name="Picture 14"/>
            <wp:cNvGraphicFramePr>
              <a:graphicFrameLocks noChangeAspect="1"/>
            </wp:cNvGraphicFramePr>
            <a:graphic>
              <a:graphicData uri="http://schemas.openxmlformats.org/drawingml/2006/picture">
                <pic:pic>
                  <pic:nvPicPr>
                    <pic:cNvPr id="0" name="image.jpg"/>
                    <pic:cNvPicPr/>
                  </pic:nvPicPr>
                  <pic:blipFill>
                    <a:blip r:embed="rId24"/>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