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PSM05</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PSM05</w:t>
            </w:r>
          </w:p>
        </w:tc>
      </w:tr>
      <w:tr>
        <w:tc>
          <w:tcPr>
            <w:tcW w:type="dxa" w:w="5100"/>
          </w:tcPr>
          <w:p>
            <w:r>
              <w:rPr>
                <w:rFonts w:ascii="Segoe UI" w:hAnsi="Segoe UI"/>
                <w:b/>
                <w:sz w:val="19"/>
              </w:rPr>
              <w:t>Suprafață recomandată</w:t>
            </w:r>
          </w:p>
        </w:tc>
        <w:tc>
          <w:tcPr>
            <w:tcW w:type="dxa" w:w="5100"/>
          </w:tcPr>
          <w:p>
            <w:r>
              <w:rPr>
                <w:rFonts w:ascii="Segoe UI" w:hAnsi="Segoe UI"/>
                <w:sz w:val="19"/>
              </w:rPr>
              <w:t>26,8 × 15 m</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Bank Ramp</w:t>
      </w:r>
    </w:p>
    <w:p>
      <w:pPr>
        <w:jc w:val="center"/>
      </w:pPr>
      <w:r>
        <w:drawing>
          <wp:inline xmlns:a="http://schemas.openxmlformats.org/drawingml/2006/main" xmlns:pic="http://schemas.openxmlformats.org/drawingml/2006/picture">
            <wp:extent cx="4206240" cy="3557191"/>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55719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360x488x120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Quarter Pipe</w:t>
      </w:r>
    </w:p>
    <w:p>
      <w:pPr>
        <w:jc w:val="center"/>
      </w:pPr>
      <w:r>
        <w:drawing>
          <wp:inline xmlns:a="http://schemas.openxmlformats.org/drawingml/2006/main" xmlns:pic="http://schemas.openxmlformats.org/drawingml/2006/picture">
            <wp:extent cx="4206240" cy="3699215"/>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369921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300x488x120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Funbox</w:t>
      </w:r>
    </w:p>
    <w:p>
      <w:pPr>
        <w:jc w:val="center"/>
      </w:pPr>
      <w:r>
        <w:drawing>
          <wp:inline xmlns:a="http://schemas.openxmlformats.org/drawingml/2006/main" xmlns:pic="http://schemas.openxmlformats.org/drawingml/2006/picture">
            <wp:extent cx="4206240" cy="2504213"/>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504213"/>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640x718x40/60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două grindbox-uri și un rail care ocupă toată</w:t>
        <w:br/>
        <w:t>lungimea obstacolului, precum și un ledge atașat lateral construcției. Poate fi extins în orice mod, ceea ce oferă o</w:t>
        <w:br/>
        <w:t>posibilitate mai mare de a învăța figuri noi. Skateboarderii preferă un funbox cu cât mai multe combinații, în timp ce practicanții de BMX, rolerii</w:t>
        <w:br/>
        <w:t>și cei pe trotinetă preferă elementele mai înalte, care permit executarea de sărituri și salturi. Echipamentul este destinat practicării pe skateboard, BMX,</w:t>
        <w:br/>
        <w:t>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Ledge 1</w:t>
      </w:r>
    </w:p>
    <w:p>
      <w:pPr>
        <w:jc w:val="center"/>
      </w:pPr>
      <w:r>
        <w:drawing>
          <wp:inline xmlns:a="http://schemas.openxmlformats.org/drawingml/2006/main" xmlns:pic="http://schemas.openxmlformats.org/drawingml/2006/picture">
            <wp:extent cx="4206240" cy="2320351"/>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32035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Rail drept mic - profil</w:t>
      </w:r>
    </w:p>
    <w:p>
      <w:pPr>
        <w:jc w:val="center"/>
      </w:pPr>
      <w:r>
        <w:drawing>
          <wp:inline xmlns:a="http://schemas.openxmlformats.org/drawingml/2006/main" xmlns:pic="http://schemas.openxmlformats.org/drawingml/2006/picture">
            <wp:extent cx="4206240" cy="2145243"/>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145243"/>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250x8x35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profil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