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PSM06</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PSM06</w:t>
            </w:r>
          </w:p>
        </w:tc>
      </w:tr>
      <w:tr>
        <w:tc>
          <w:tcPr>
            <w:tcW w:type="dxa" w:w="5100"/>
          </w:tcPr>
          <w:p>
            <w:r>
              <w:rPr>
                <w:rFonts w:ascii="Segoe UI" w:hAnsi="Segoe UI"/>
                <w:b/>
                <w:sz w:val="19"/>
              </w:rPr>
              <w:t>Suprafață recomandată</w:t>
            </w:r>
          </w:p>
        </w:tc>
        <w:tc>
          <w:tcPr>
            <w:tcW w:type="dxa" w:w="5100"/>
          </w:tcPr>
          <w:p>
            <w:r>
              <w:rPr>
                <w:rFonts w:ascii="Segoe UI" w:hAnsi="Segoe UI"/>
                <w:sz w:val="19"/>
              </w:rPr>
              <w:t>25,2 × 12,5 m</w:t>
            </w:r>
          </w:p>
        </w:tc>
      </w:tr>
      <w:tr>
        <w:tc>
          <w:tcPr>
            <w:tcW w:type="dxa" w:w="5100"/>
          </w:tcPr>
          <w:p>
            <w:r>
              <w:rPr>
                <w:rFonts w:ascii="Segoe UI" w:hAnsi="Segoe UI"/>
                <w:b/>
                <w:sz w:val="19"/>
              </w:rPr>
              <w:t>Echipamente</w:t>
            </w:r>
          </w:p>
        </w:tc>
        <w:tc>
          <w:tcPr>
            <w:tcW w:type="dxa" w:w="5100"/>
          </w:tcPr>
          <w:p>
            <w:r>
              <w:rPr>
                <w:rFonts w:ascii="Segoe UI" w:hAnsi="Segoe UI"/>
                <w:sz w:val="19"/>
              </w:rPr>
              <w:t>5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Bank Ramp</w:t>
      </w:r>
    </w:p>
    <w:p>
      <w:pPr>
        <w:jc w:val="center"/>
      </w:pPr>
      <w:r>
        <w:drawing>
          <wp:inline xmlns:a="http://schemas.openxmlformats.org/drawingml/2006/main" xmlns:pic="http://schemas.openxmlformats.org/drawingml/2006/picture">
            <wp:extent cx="4206240" cy="4070189"/>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4070189"/>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360x244x120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Bank Ramp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Bank Ramp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Funbox</w:t>
      </w:r>
    </w:p>
    <w:p>
      <w:pPr>
        <w:jc w:val="center"/>
      </w:pPr>
      <w:r>
        <w:drawing>
          <wp:inline xmlns:a="http://schemas.openxmlformats.org/drawingml/2006/main" xmlns:pic="http://schemas.openxmlformats.org/drawingml/2006/picture">
            <wp:extent cx="4206240" cy="2277979"/>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2277979"/>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688x410x30/60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Funbox – este inima oricărui skatepark. Echipamentul include elemente suplimentare precum un grindbox care ocupă toată lungimea</w:t>
        <w:br/>
        <w:t>obstacolului și un manual pad cu rail, care prelungește platformăul funbox-ului. Poate fi extins în orice mod, ceea ce</w:t>
        <w:br/>
        <w:t>oferă posibilități mai mari de a învăța figuri noi. Skateboarderii preferă un funbox cu cât mai multe combinații, în timp ce practicanții de BMX,</w:t>
        <w:br/>
        <w:t>rolerii și cei pe trotinetă preferă elementele mai înalte, care permit executarea de sărituri și salturi. Echipamentul este destinat practicării pe</w:t>
        <w:br/>
        <w:t>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Quarter Pipe</w:t>
      </w:r>
    </w:p>
    <w:p>
      <w:pPr>
        <w:jc w:val="center"/>
      </w:pPr>
      <w:r>
        <w:drawing>
          <wp:inline xmlns:a="http://schemas.openxmlformats.org/drawingml/2006/main" xmlns:pic="http://schemas.openxmlformats.org/drawingml/2006/picture">
            <wp:extent cx="4206240" cy="4247886"/>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4247886"/>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300x244x120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Grindbox 3</w:t>
      </w:r>
    </w:p>
    <w:p>
      <w:pPr>
        <w:jc w:val="center"/>
      </w:pPr>
      <w:r>
        <w:drawing>
          <wp:inline xmlns:a="http://schemas.openxmlformats.org/drawingml/2006/main" xmlns:pic="http://schemas.openxmlformats.org/drawingml/2006/picture">
            <wp:extent cx="4206240" cy="2125320"/>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212532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488x222x20/40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Grindbox – element folosit pentru distracție și pentru învățarea de figuri noi. Un grindbox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Rail drept</w:t>
      </w:r>
    </w:p>
    <w:p>
      <w:pPr>
        <w:jc w:val="center"/>
      </w:pPr>
      <w:r>
        <w:drawing>
          <wp:inline xmlns:a="http://schemas.openxmlformats.org/drawingml/2006/main" xmlns:pic="http://schemas.openxmlformats.org/drawingml/2006/picture">
            <wp:extent cx="4206240" cy="2001610"/>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200161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400x5x40</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7" name="Picture 7"/>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2" name="Picture 12"/>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7" name="Picture 17"/>
            <wp:cNvGraphicFramePr>
              <a:graphicFrameLocks noChangeAspect="1"/>
            </wp:cNvGraphicFramePr>
            <a:graphic>
              <a:graphicData uri="http://schemas.openxmlformats.org/drawingml/2006/picture">
                <pic:pic>
                  <pic:nvPicPr>
                    <pic:cNvPr id="0" name="image.jpg"/>
                    <pic:cNvPicPr/>
                  </pic:nvPicPr>
                  <pic:blipFill>
                    <a:blip r:embed="rId27"/>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